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CADB" w14:textId="20483931" w:rsidR="00A0005E" w:rsidRDefault="00000000">
      <w:r>
        <w:t>Dear Editor-in-Chief</w:t>
      </w:r>
      <w:r w:rsidR="007A55BE">
        <w:t xml:space="preserve"> </w:t>
      </w:r>
      <w:proofErr w:type="spellStart"/>
      <w:r w:rsidR="007A55BE" w:rsidRPr="007A55BE">
        <w:t>Jurnal</w:t>
      </w:r>
      <w:proofErr w:type="spellEnd"/>
      <w:r w:rsidR="007A55BE" w:rsidRPr="007A55BE">
        <w:t xml:space="preserve"> Ilmu Lingkungan</w:t>
      </w:r>
      <w:r>
        <w:t>,</w:t>
      </w:r>
    </w:p>
    <w:p w14:paraId="505D1F14" w14:textId="77777777" w:rsidR="00A0005E" w:rsidRDefault="00A0005E"/>
    <w:p w14:paraId="1F7E3548" w14:textId="77777777" w:rsidR="00A0005E" w:rsidRDefault="00000000" w:rsidP="007A55BE">
      <w:pPr>
        <w:jc w:val="both"/>
      </w:pPr>
      <w:r>
        <w:t>We hereby submit our manuscript entitled “Determinasi Perilaku Pembelian Impulsif, Fast Fashion, dan Tantangan Konsumsi Berkelanjutan (SDGs 12) pada Generasi Z” for consideration for publication in Jurnal Ilmu Lingkungan.</w:t>
      </w:r>
    </w:p>
    <w:p w14:paraId="47CEDE07" w14:textId="77777777" w:rsidR="00A0005E" w:rsidRDefault="00000000" w:rsidP="007A55BE">
      <w:pPr>
        <w:jc w:val="both"/>
      </w:pPr>
      <w:r>
        <w:t>This study examines the determinants of impulsive buying behavior and fast fashion consumption among Generation Z and analyzes their implications for sustainable consumption within the framework of SDGs 12 (Responsible Consumption and Production). We believe the manuscript aligns with the journal’s scope in environmental management and sustainability, particularly in addressing emerging environmental challenges driven by contemporary consumption patterns in the digital era.</w:t>
      </w:r>
    </w:p>
    <w:p w14:paraId="66288855" w14:textId="77777777" w:rsidR="00A0005E" w:rsidRDefault="00000000" w:rsidP="007A55BE">
      <w:pPr>
        <w:jc w:val="both"/>
      </w:pPr>
      <w:r>
        <w:t>The manuscript is original, has not been published previously, and is not under consideration for publication in any other journal. All authors have read and approved the final version of the manuscript and agree to its submission to Jurnal Ilmu Lingkungan.</w:t>
      </w:r>
    </w:p>
    <w:p w14:paraId="3C032442" w14:textId="77777777" w:rsidR="00A0005E" w:rsidRDefault="00000000" w:rsidP="007A55BE">
      <w:pPr>
        <w:jc w:val="both"/>
      </w:pPr>
      <w:r>
        <w:t>We kindly request that our manuscript be considered for review and possible inclusion in the nearest publication issue. We sincerely appreciate your time and consideration and look forward to your response.</w:t>
      </w:r>
    </w:p>
    <w:p w14:paraId="5F92C9B9" w14:textId="77777777" w:rsidR="00A0005E" w:rsidRDefault="00A0005E"/>
    <w:p w14:paraId="1D519E91" w14:textId="77777777" w:rsidR="00A0005E" w:rsidRDefault="00000000">
      <w:r>
        <w:t>Sincerely,</w:t>
      </w:r>
    </w:p>
    <w:p w14:paraId="5F3CEAC7" w14:textId="77777777" w:rsidR="00A0005E" w:rsidRDefault="00A0005E"/>
    <w:p w14:paraId="3F07C6C9" w14:textId="77777777" w:rsidR="00A0005E" w:rsidRDefault="00000000">
      <w:r>
        <w:t>Arinda Soraya Putri</w:t>
      </w:r>
    </w:p>
    <w:p w14:paraId="2861D57A" w14:textId="77777777" w:rsidR="00A0005E" w:rsidRDefault="00000000">
      <w:r>
        <w:t>(on behalf of all authors)</w:t>
      </w:r>
    </w:p>
    <w:sectPr w:rsidR="00A0005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6971241">
    <w:abstractNumId w:val="8"/>
  </w:num>
  <w:num w:numId="2" w16cid:durableId="782001589">
    <w:abstractNumId w:val="6"/>
  </w:num>
  <w:num w:numId="3" w16cid:durableId="346180124">
    <w:abstractNumId w:val="5"/>
  </w:num>
  <w:num w:numId="4" w16cid:durableId="1582905768">
    <w:abstractNumId w:val="4"/>
  </w:num>
  <w:num w:numId="5" w16cid:durableId="554661295">
    <w:abstractNumId w:val="7"/>
  </w:num>
  <w:num w:numId="6" w16cid:durableId="1734813470">
    <w:abstractNumId w:val="3"/>
  </w:num>
  <w:num w:numId="7" w16cid:durableId="170727064">
    <w:abstractNumId w:val="2"/>
  </w:num>
  <w:num w:numId="8" w16cid:durableId="2075083442">
    <w:abstractNumId w:val="1"/>
  </w:num>
  <w:num w:numId="9" w16cid:durableId="1324116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A55BE"/>
    <w:rsid w:val="00A0005E"/>
    <w:rsid w:val="00AA1D8D"/>
    <w:rsid w:val="00B47730"/>
    <w:rsid w:val="00B7395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E11EB3"/>
  <w14:defaultImageDpi w14:val="300"/>
  <w15:docId w15:val="{7FCEA807-6FF8-44AD-B718-AE746388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Arinda Soraya Putri</cp:lastModifiedBy>
  <cp:revision>2</cp:revision>
  <dcterms:created xsi:type="dcterms:W3CDTF">2013-12-23T23:15:00Z</dcterms:created>
  <dcterms:modified xsi:type="dcterms:W3CDTF">2026-03-02T04:29:00Z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312a1861-5c66-4e50-927e-49d36c9a56d7</vt:lpwstr>
  </property>
</Properties>
</file>